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שהם מבשרי סתיו ולזהות את סימני ההיכר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הסתגלויות (כמו בצל תת-קרקעי או זרעים קלים) עוזרות לשרוד בקיץ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למה אסור לפגוע בפרחי בר מוגנים ולהבחין בין אמונה עממית לבדיקה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לכרכום 3 אבקנים ולסתוונית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הגשם הראשון של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נרקיס מצוי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לחצב יש בצל ששומר מים ומזון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העלים יוצאים אחרי הפריחה,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נכון להיום אין הוכחה מדעית לכך, זו אמונה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בטבלת המבשרים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לפגוע בצמחים מוגנים גם אם הם נראים שכיחים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מבשר לסימן הזיהוי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(עמוד פריחה לבן וגבוה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(עלים בצורת לב עם ציור 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(שלושה אבקנים ועלים עם פס לבן באמצע)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(ציפור קטנה שמנענעת את הזנב בלי 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(ציפור גדולה עם כנפיים בקצוות שחורים)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משימת החקר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מבשר סתיו אחד - צמח או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שלוש עובדות ממקורות אמינים ורשמו מאיפה כל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איך המבשר שבחרתם מותאם לעונה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הכינו כרטיס זיהוי עם ציור ופרטים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חצב ונרקיס - דומה: שניהם צמחים גיאופיטים, שניהם מוגנים. שונה: החצב פורח בלי עלים, הנרקיס עם עלים; זמני הפריחה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 או ציפור עם תיאור מדויק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ערכי טבע מוגנים בחוק ופגיעה בהם פוגעת באוכלוסייה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אמונה לא נבדקה בשיטה מדעית; טענה מדעית נבדקת במדידות חוזרות ונתונים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תמונות של המבשרים השונים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השמירה על פרחי הבר ולתת דוגמה אישית מהכיתה או מהסביבה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החקר המדעי, אפשר לקיים דיון קצר בכיתה על ניסוי אמין לפני שהתלמידים כותבים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הקיץ מופיעים בטבע סימנים שמבשרים שהחורף בדרך - צמחים כמו החצב והרקפת, וציפורים כמו הנחליאלי והחסידה. בדף זה נלמד לזהות אותם, נבין איך הם מסתגלים לעונות השנה, ונבדוק מה ההבדל בין אמונה עממית למחקר מדעי.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מבשר סתיו פורח בעמוד גבוה ולבן, בלי עלים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כרכום לסתוונית לפי מספר האבקנים?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לכרכום 3 אבקנים ולסתוונית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לכרכום 6 אבקנים ולסתוונית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3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לשניהם יש 6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מגיעה לישראל בסתיו, נשארת כל החורף ומנענעת את הזנב בלי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היורה?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האחרון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הראשון של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שיטפון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צמח גדל בעיקר באזורים לחים ובעמקים, עם ריח חזק ומתוק?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נרקיס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רקפת מצויה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הוא גיאופיט - יש לו איבר אגירה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מופיעים לפני הפריחה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הוכחה מדעית שגובה עמוד החצב מנבא כמה גשם ירד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חסידה לבנה היא ציפור נודדת שעוברת מעל ישראל בדרכה מאירופה לאפריקה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 בר מוגן אם הוא נראה שכיח בשטח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מבשר לסימן הזיהוי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עלים בצורת לב עם ציור 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שלושה אבקנים ועלים עם פס לבן באמצע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 גדולה עם כנפיים בקצוות שחורים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עמוד פריחה לבן וגבוה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קטנה שמנענעת את הזנב בלי 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צמח גיאופיט שפורח בסוף הקיץ בלי עלים 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צמחים שהוכרזו כערכי טבע מוגנים אסור ל__________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ציפור נודדת שעוברת מעל ישראל בסתיו בדרכה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העלים של החצב מכוסים בשכבת __________ שנותנת להם גוון כחלחל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משימת החקר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איך המבשר שבחרתם מותאם לעונה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 כרטיס זיהוי עם ציור ופרטים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מבשר סתיו אחד - צמח או ציפור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שלוש עובדות ממקורות אמינים ורשמו מאיפה כל עובדה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מבשרים מאותו סוג (שני צמחים או שתי ציפורים) וכתבו 2 דברים דומים ו-2 דברים שונים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מבשר סתיו אחד וסימן זיהוי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פרחי בר מוגנים גם אם הם נראים שכיחים?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אמונה עממית לטענה שנבדקה מדעית?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- חוקרים ושומרים על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